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Letter telling people you use AI</w:t>
      </w:r>
    </w:p>
    <w:p>
      <w:r>
        <w:rPr>
          <w:i/>
        </w:rPr>
        <w:t>Replace everything in [SQUARE BRACKETS] before use.</w:t>
      </w:r>
    </w:p>
    <w:p/>
    <w:p>
      <w:r>
        <w:rPr>
          <w:b/>
          <w:sz w:val="28"/>
        </w:rPr>
        <w:t>Version 1: for the person</w:t>
      </w:r>
    </w:p>
    <w:p>
      <w:r>
        <w:rPr>
          <w:b/>
        </w:rPr>
        <w:t>[YOUR ORGANISATION LETTERHEAD]</w:t>
      </w:r>
    </w:p>
    <w:p>
      <w:r>
        <w:t>[DATE]</w:t>
      </w:r>
    </w:p>
    <w:p>
      <w:r>
        <w:t>Dear [NAME],</w:t>
      </w:r>
    </w:p>
    <w:p>
      <w:r>
        <w:rPr>
          <w:b/>
        </w:rPr>
        <w:t>We are starting to use a computer tool to help write up our notes</w:t>
      </w:r>
    </w:p>
    <w:p>
      <w:r>
        <w:t>I am writing to tell you about a change to the way we write up our visits, before we start.</w:t>
      </w:r>
    </w:p>
    <w:p>
      <w:r>
        <w:rPr>
          <w:b/>
        </w:rPr>
        <w:t>What is changing</w:t>
      </w:r>
    </w:p>
    <w:p>
      <w:r>
        <w:t>At the moment, [DESCRIBE WHAT HAPPENS NOW — e.g. "your care worker writes up notes after each visit, usually later in the day"].</w:t>
      </w:r>
    </w:p>
    <w:p>
      <w:r>
        <w:t>From [DATE], we are going to use a computer tool that [DESCRIBE PLAINLY — e.g. "types up what your care worker says, so they spend less time writing and more time with you"].</w:t>
      </w:r>
    </w:p>
    <w:p>
      <w:r>
        <w:rPr>
          <w:b/>
        </w:rPr>
        <w:t>What this means for you</w:t>
      </w:r>
    </w:p>
    <w:p>
      <w:pPr>
        <w:pStyle w:val="ListBullet"/>
      </w:pPr>
      <w:r>
        <w:t>Your care worker still decides what goes in the notes.</w:t>
      </w:r>
    </w:p>
    <w:p>
      <w:pPr>
        <w:pStyle w:val="ListBullet"/>
      </w:pPr>
      <w:r>
        <w:t>They read and correct everything before it is saved.</w:t>
      </w:r>
    </w:p>
    <w:p>
      <w:pPr>
        <w:pStyle w:val="ListBullet"/>
      </w:pPr>
      <w:r>
        <w:rPr>
          <w:b/>
        </w:rPr>
        <w:t>The tool does not make any decisions about your care.</w:t>
      </w:r>
      <w:r>
        <w:t xml:space="preserve"> People do that.</w:t>
      </w:r>
    </w:p>
    <w:p>
      <w:pPr>
        <w:pStyle w:val="ListBullet"/>
      </w:pPr>
      <w:r>
        <w:t>Your visits and your care do not change.</w:t>
      </w:r>
    </w:p>
    <w:p>
      <w:r>
        <w:rPr>
          <w:b/>
        </w:rPr>
        <w:t>Your information</w:t>
      </w:r>
    </w:p>
    <w:p>
      <w:r>
        <w:t>The tool is provided by [SUPPLIER]. Your information is held [WHERE], and we have an agreement with them about how they must look after it. They [DO NOT / DO] use it for anything other than providing this service to us.</w:t>
      </w:r>
    </w:p>
    <w:p>
      <w:r>
        <w:t>Our privacy notice has the full details: [WHERE TO FIND IT].</w:t>
      </w:r>
    </w:p>
    <w:p>
      <w:r>
        <w:rPr>
          <w:b/>
        </w:rPr>
        <w:t>If you would rather we did not</w:t>
      </w:r>
    </w:p>
    <w:p>
      <w:r>
        <w:t>That is fine. Please tell [NAME] on [PHONE] and we will [WHAT YOU WILL ACTUALLY DO — be honest; do not promise what you cannot deliver].</w:t>
      </w:r>
    </w:p>
    <w:p>
      <w:r>
        <w:rPr>
          <w:b/>
        </w:rPr>
        <w:t>If you have any questions</w:t>
      </w:r>
    </w:p>
    <w:p>
      <w:r>
        <w:t>Please ring [NAME] on [PHONE]. I am happy to explain anything about this.</w:t>
      </w:r>
    </w:p>
    <w:p>
      <w:r>
        <w:t>Yours sincerely,</w:t>
      </w:r>
    </w:p>
    <w:p>
      <w:r>
        <w:t>[NAME]</w:t>
      </w:r>
    </w:p>
    <w:p>
      <w:r>
        <w:t>[ROLE]</w:t>
      </w:r>
    </w:p>
    <w:p>
      <w:r>
        <w:t>[ORGANISATION]</w:t>
      </w:r>
    </w:p>
    <w:p/>
    <w:p>
      <w:r>
        <w:rPr>
          <w:b/>
          <w:sz w:val="28"/>
        </w:rPr>
        <w:t>Version 2: for a family member or representative</w:t>
      </w:r>
    </w:p>
    <w:p>
      <w:r>
        <w:rPr>
          <w:b/>
        </w:rPr>
        <w:t>[YOUR ORGANISATION LETTERHEAD]</w:t>
      </w:r>
    </w:p>
    <w:p>
      <w:r>
        <w:t>[DATE]</w:t>
      </w:r>
    </w:p>
    <w:p>
      <w:r>
        <w:t>Dear [NAME],</w:t>
      </w:r>
    </w:p>
    <w:p>
      <w:r>
        <w:rPr>
          <w:b/>
        </w:rPr>
        <w:t>A change to how we write up our notes for [PERSON'S NAME]</w:t>
      </w:r>
    </w:p>
    <w:p>
      <w:r>
        <w:t>I am writing to let you know about a change we are making before it starts.</w:t>
      </w:r>
    </w:p>
    <w:p>
      <w:r>
        <w:rPr>
          <w:b/>
        </w:rPr>
        <w:t>What is changing</w:t>
      </w:r>
    </w:p>
    <w:p>
      <w:r>
        <w:t>From [DATE], we will use a computer tool that helps write up the notes after each visit. The care worker speaks a short summary, the tool drafts the written record, and the care worker checks and corrects it before it is saved.</w:t>
      </w:r>
    </w:p>
    <w:p>
      <w:r>
        <w:rPr>
          <w:b/>
        </w:rPr>
        <w:t>What it does not do</w:t>
      </w:r>
    </w:p>
    <w:p>
      <w:r>
        <w:t>It does not make decisions about [PERSON'S NAME]'s care. It does not replace any part of the visit. Nothing is saved to the record until a care worker has read it.</w:t>
      </w:r>
    </w:p>
    <w:p>
      <w:r>
        <w:rPr>
          <w:b/>
        </w:rPr>
        <w:t>Information and data protection</w:t>
      </w:r>
    </w:p>
    <w:p>
      <w:r>
        <w:t>The tool is provided by [SUPPLIER] and information is held [WHERE]. We have a data processing agreement with them, and we completed a data protection impact assessment before starting. Our privacy notice is at [WHERE].</w:t>
      </w:r>
    </w:p>
    <w:p>
      <w:r>
        <w:rPr>
          <w:b/>
        </w:rPr>
        <w:t>Questions or concerns</w:t>
      </w:r>
    </w:p>
    <w:p>
      <w:r>
        <w:t>Please ring [NAME] on [PHONE]. If [PERSON'S NAME] would prefer we did not use this, please let us know and we will [WHAT YOU WILL DO].</w:t>
      </w:r>
    </w:p>
    <w:p>
      <w:r>
        <w:t>Yours sincerely,</w:t>
      </w:r>
    </w:p>
    <w:p>
      <w:r>
        <w:t>[NAME]</w:t>
      </w:r>
    </w:p>
    <w:p>
      <w:r>
        <w:t>[ROLE]</w:t>
      </w:r>
    </w:p>
    <w:p>
      <w:r>
        <w:t>[ORGANISATION]</w:t>
      </w:r>
    </w:p>
    <w:p/>
    <w:p>
      <w:r>
        <w:rPr>
          <w:b/>
          <w:sz w:val="28"/>
        </w:rPr>
        <w:t>Before you send it</w:t>
      </w:r>
    </w:p>
    <w:p>
      <w:pPr>
        <w:pStyle w:val="ListBullet"/>
      </w:pPr>
      <w:r>
        <w:t xml:space="preserve">☐  </w:t>
      </w:r>
      <w:r>
        <w:t xml:space="preserve">Replaced every </w:t>
      </w:r>
      <w:r>
        <w:rPr>
          <w:rFonts w:ascii="Consolas" w:hAnsi="Consolas"/>
        </w:rPr>
        <w:t>[SQUARE BRACKET]</w:t>
      </w:r>
    </w:p>
    <w:p>
      <w:pPr>
        <w:pStyle w:val="ListBullet"/>
      </w:pPr>
      <w:r>
        <w:t xml:space="preserve">☐  </w:t>
      </w:r>
      <w:r>
        <w:t>Checked that what you promise in "if you would rather we did not" is something you can actually do</w:t>
      </w:r>
    </w:p>
    <w:p>
      <w:pPr>
        <w:pStyle w:val="ListBullet"/>
      </w:pPr>
      <w:r>
        <w:t xml:space="preserve">☐  </w:t>
      </w:r>
      <w:r>
        <w:t>Updated your privacy notice to name the supplier and say where data is held</w:t>
      </w:r>
    </w:p>
    <w:p>
      <w:pPr>
        <w:pStyle w:val="ListBullet"/>
      </w:pPr>
      <w:r>
        <w:t xml:space="preserve">☐  </w:t>
      </w:r>
      <w:r>
        <w:t xml:space="preserve">Completed the </w:t>
      </w:r>
      <w:r>
        <w:t>DPIA</w:t>
      </w:r>
    </w:p>
    <w:p>
      <w:pPr>
        <w:pStyle w:val="ListBullet"/>
      </w:pPr>
      <w:r>
        <w:t xml:space="preserve">☐  </w:t>
      </w:r>
      <w:r>
        <w:t>Briefed staff, so they can answer "does a computer decide things about my care?" in one sentence</w:t>
      </w:r>
    </w:p>
    <w:p>
      <w:pPr>
        <w:pStyle w:val="ListBullet"/>
      </w:pPr>
      <w:r>
        <w:t xml:space="preserve">☐  </w:t>
      </w:r>
      <w:r>
        <w:t>Added this to your welcome pack, so you never have to do a retrospective fix again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640" w:val="right"/>
      </w:tabs>
    </w:pPr>
    <w:r>
      <w:rPr>
        <w:color w:val="666666"/>
        <w:sz w:val="17"/>
      </w:rPr>
      <w:t xml:space="preserve">Latest version: </w:t>
    </w:r>
    <w:hyperlink r:id="rId1">
      <w:r>
        <w:rPr>
          <w:color w:val="296CD8"/>
          <w:u w:val="single"/>
          <w:sz w:val="17"/>
        </w:rPr>
        <w:t>care-ai-hub-preview.netlify.app/templates/telling-people-letter</w:t>
      </w:r>
    </w:hyperlink>
    <w:r>
      <w:rPr>
        <w:sz w:val="17"/>
      </w:rPr>
      <w:tab/>
    </w:r>
    <w:r>
      <w:rPr>
        <w:color w:val="6666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8640" w:val="right"/>
      </w:tabs>
    </w:pPr>
    <w:r>
      <w:drawing>
        <wp:inline xmlns:a="http://schemas.openxmlformats.org/drawingml/2006/main" xmlns:pic="http://schemas.openxmlformats.org/drawingml/2006/picture">
          <wp:extent cx="1112446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ailyfrien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446" cy="360000"/>
                  </a:xfrm>
                  <a:prstGeom prst="rect"/>
                </pic:spPr>
              </pic:pic>
            </a:graphicData>
          </a:graphic>
        </wp:inline>
      </w:drawing>
    </w:r>
    <w:r>
      <w:tab/>
    </w:r>
    <w:hyperlink r:id="rId2">
      <w:r>
        <w:rPr>
          <w:color w:val="296CD8"/>
          <w:u w:val="single"/>
          <w:sz w:val="17"/>
        </w:rPr>
        <w:t>care-ai-hub-preview.netlify.app</w:t>
      </w:r>
    </w:hyperlink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-ai-hub-preview.netlify.app/templates/telling-people-lett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care-ai-hub-preview.netlify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